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آزمون نظام مهندسی|نظارت و اجرا|عمران معماری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آزمون نظام مهندسی|نظارت و اجرا|عمران معماری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93*4*4171*</w:t>
            </w:r>
          </w:p>
        </w:tc>
        <w:tc>
          <w:tcPr>
            <w:tcW w:type="dxa" w:w="1728"/>
          </w:tcPr>
          <w:p>
            <w:r>
              <w:t>شهیر</w:t>
            </w:r>
          </w:p>
        </w:tc>
        <w:tc>
          <w:tcPr>
            <w:tcW w:type="dxa" w:w="1728"/>
          </w:tcPr>
          <w:p>
            <w:r>
              <w:t>ایرانخواه</w:t>
            </w:r>
          </w:p>
        </w:tc>
        <w:tc>
          <w:tcPr>
            <w:tcW w:type="dxa" w:w="1728"/>
          </w:tcPr>
          <w:p>
            <w:r>
              <w:t>shahir67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911*70274*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NimaIzadiiii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91273*3494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Maahsakarimi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919413**30</w:t>
            </w:r>
          </w:p>
        </w:tc>
        <w:tc>
          <w:tcPr>
            <w:tcW w:type="dxa" w:w="1728"/>
          </w:tcPr>
          <w:p>
            <w:r>
              <w:t>Setayesh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Architectsetayesh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9111390949</w:t>
            </w:r>
          </w:p>
        </w:tc>
        <w:tc>
          <w:tcPr>
            <w:tcW w:type="dxa" w:w="1728"/>
          </w:tcPr>
          <w:p>
            <w:r>
              <w:t>Hamoon</w:t>
            </w:r>
          </w:p>
        </w:tc>
        <w:tc>
          <w:tcPr>
            <w:tcW w:type="dxa" w:w="1728"/>
          </w:tcPr>
          <w:p>
            <w:r>
              <w:t>Haghighi</w:t>
            </w:r>
          </w:p>
        </w:tc>
        <w:tc>
          <w:tcPr>
            <w:tcW w:type="dxa" w:w="1728"/>
          </w:tcPr>
          <w:p>
            <w:r>
              <w:t>Hamoon1012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91**70****</w:t>
            </w:r>
          </w:p>
        </w:tc>
        <w:tc>
          <w:tcPr>
            <w:tcW w:type="dxa" w:w="1728"/>
          </w:tcPr>
          <w:p>
            <w:r>
              <w:t>sirvan</w:t>
            </w:r>
          </w:p>
        </w:tc>
        <w:tc>
          <w:tcPr>
            <w:tcW w:type="dxa" w:w="1728"/>
          </w:tcPr>
          <w:p>
            <w:r>
              <w:t>mohamdian</w:t>
            </w:r>
          </w:p>
        </w:tc>
        <w:tc>
          <w:tcPr>
            <w:tcW w:type="dxa" w:w="1728"/>
          </w:tcPr>
          <w:p>
            <w:r>
              <w:t>sirvanmohamdyan1375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93*72*4*39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M6334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9149*9*3**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F5366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91**9*0430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Miraliyariiiii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9379*7**44</w:t>
            </w:r>
          </w:p>
        </w:tc>
        <w:tc>
          <w:tcPr>
            <w:tcW w:type="dxa" w:w="1728"/>
          </w:tcPr>
          <w:p>
            <w:r>
              <w:t>پریا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Pariya71seven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917*174**2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Jahandari</w:t>
            </w:r>
          </w:p>
        </w:tc>
        <w:tc>
          <w:tcPr>
            <w:tcW w:type="dxa" w:w="1728"/>
          </w:tcPr>
          <w:p>
            <w:r>
              <w:t>Arashjahandari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91*433**2*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>
              <w:t>Asr</w:t>
            </w:r>
          </w:p>
        </w:tc>
        <w:tc>
          <w:tcPr>
            <w:tcW w:type="dxa" w:w="1728"/>
          </w:tcPr>
          <w:p>
            <w:r>
              <w:t>Naser_kosar98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93***4*379</w:t>
            </w:r>
          </w:p>
        </w:tc>
        <w:tc>
          <w:tcPr>
            <w:tcW w:type="dxa" w:w="1728"/>
          </w:tcPr>
          <w:p>
            <w:r>
              <w:t>Yahya</w:t>
            </w:r>
          </w:p>
        </w:tc>
        <w:tc>
          <w:tcPr>
            <w:tcW w:type="dxa" w:w="1728"/>
          </w:tcPr>
          <w:p>
            <w:r>
              <w:t>Haidari</w:t>
            </w:r>
          </w:p>
        </w:tc>
        <w:tc>
          <w:tcPr>
            <w:tcW w:type="dxa" w:w="1728"/>
          </w:tcPr>
          <w:p>
            <w:r>
              <w:t>yahya6379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93**43*234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SAJADI</w:t>
            </w:r>
          </w:p>
        </w:tc>
        <w:tc>
          <w:tcPr>
            <w:tcW w:type="dxa" w:w="1728"/>
          </w:tcPr>
          <w:p>
            <w:r>
              <w:t>RezaSajadi_7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91**41299*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Hashemzehi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91*9400039</w:t>
            </w:r>
          </w:p>
        </w:tc>
        <w:tc>
          <w:tcPr>
            <w:tcW w:type="dxa" w:w="1728"/>
          </w:tcPr>
          <w:p>
            <w:r>
              <w:t>Saji</w:t>
            </w:r>
          </w:p>
        </w:tc>
        <w:tc>
          <w:tcPr>
            <w:tcW w:type="dxa" w:w="1728"/>
          </w:tcPr>
          <w:p>
            <w:r>
              <w:t>Hajinezhad</w:t>
            </w:r>
          </w:p>
        </w:tc>
        <w:tc>
          <w:tcPr>
            <w:tcW w:type="dxa" w:w="1728"/>
          </w:tcPr>
          <w:p>
            <w:r>
              <w:t>Sajihajin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9392*34114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Paradis74</w:t>
            </w:r>
          </w:p>
        </w:tc>
        <w:tc>
          <w:tcPr>
            <w:tcW w:type="dxa" w:w="1728"/>
          </w:tcPr>
          <w:p>
            <w:r>
              <w:t>Paradis7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93*07427*7</w:t>
            </w:r>
          </w:p>
        </w:tc>
        <w:tc>
          <w:tcPr>
            <w:tcW w:type="dxa" w:w="1728"/>
          </w:tcPr>
          <w:p>
            <w:r>
              <w:t>Hassan.i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Hassan2767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9122*7*4*3</w:t>
            </w:r>
          </w:p>
        </w:tc>
        <w:tc>
          <w:tcPr>
            <w:tcW w:type="dxa" w:w="1728"/>
          </w:tcPr>
          <w:p>
            <w:r>
              <w:t>Eng . MANSORY DALIR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93*041209*</w:t>
            </w:r>
          </w:p>
        </w:tc>
        <w:tc>
          <w:tcPr>
            <w:tcW w:type="dxa" w:w="1728"/>
          </w:tcPr>
          <w:p>
            <w:r>
              <w:t>Behnam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behnammalekiiii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93**9*9*94</w:t>
            </w:r>
          </w:p>
        </w:tc>
        <w:tc>
          <w:tcPr>
            <w:tcW w:type="dxa" w:w="1728"/>
          </w:tcPr>
          <w:p>
            <w:r>
              <w:t>Mahoura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91**4427**</w:t>
            </w:r>
          </w:p>
        </w:tc>
        <w:tc>
          <w:tcPr>
            <w:tcW w:type="dxa" w:w="1728"/>
          </w:tcPr>
          <w:p>
            <w:r>
              <w:t>kazemian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Alikaz518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9114431339</w:t>
            </w:r>
          </w:p>
        </w:tc>
        <w:tc>
          <w:tcPr>
            <w:tcW w:type="dxa" w:w="1728"/>
          </w:tcPr>
          <w:p>
            <w:r>
              <w:t>Mostafa.m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mousavi_m1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93*7114329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Reisi</w:t>
            </w:r>
          </w:p>
        </w:tc>
        <w:tc>
          <w:tcPr>
            <w:tcW w:type="dxa" w:w="1728"/>
          </w:tcPr>
          <w:p>
            <w:r>
              <w:t>SajjadreisiEngeiner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9394431799</w:t>
            </w:r>
          </w:p>
        </w:tc>
        <w:tc>
          <w:tcPr>
            <w:tcW w:type="dxa" w:w="1728"/>
          </w:tcPr>
          <w:p>
            <w:r>
              <w:t>Marjan.</w:t>
            </w:r>
          </w:p>
        </w:tc>
        <w:tc>
          <w:tcPr>
            <w:tcW w:type="dxa" w:w="1728"/>
          </w:tcPr>
          <w:p>
            <w:r>
              <w:t>HT</w:t>
            </w:r>
          </w:p>
        </w:tc>
        <w:tc>
          <w:tcPr>
            <w:tcW w:type="dxa" w:w="1728"/>
          </w:tcPr>
          <w:p>
            <w:r>
              <w:t>marjan_ht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912*2*0073</w:t>
            </w:r>
          </w:p>
        </w:tc>
        <w:tc>
          <w:tcPr>
            <w:tcW w:type="dxa" w:w="1728"/>
          </w:tcPr>
          <w:p>
            <w:r>
              <w:t>☺️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zohre_sh73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91*34*1223</w:t>
            </w:r>
          </w:p>
        </w:tc>
        <w:tc>
          <w:tcPr>
            <w:tcW w:type="dxa" w:w="1728"/>
          </w:tcPr>
          <w:p>
            <w:r>
              <w:t>Ns</w:t>
            </w:r>
          </w:p>
        </w:tc>
        <w:tc>
          <w:tcPr>
            <w:tcW w:type="dxa" w:w="1728"/>
          </w:tcPr>
          <w:p>
            <w:r>
              <w:t>Gl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9904*21*94</w:t>
            </w:r>
          </w:p>
        </w:tc>
        <w:tc>
          <w:tcPr>
            <w:tcW w:type="dxa" w:w="1728"/>
          </w:tcPr>
          <w:p>
            <w:r>
              <w:t>Zahra Nemati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Nemati_Z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9303242**0</w:t>
            </w:r>
          </w:p>
        </w:tc>
        <w:tc>
          <w:tcPr>
            <w:tcW w:type="dxa" w:w="1728"/>
          </w:tcPr>
          <w:p>
            <w:r>
              <w:t>Mehrad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Mehradjafari_arch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90324729*0</w:t>
            </w:r>
          </w:p>
        </w:tc>
        <w:tc>
          <w:tcPr>
            <w:tcW w:type="dxa" w:w="1728"/>
          </w:tcPr>
          <w:p>
            <w:r>
              <w:t>aida</w:t>
            </w:r>
          </w:p>
        </w:tc>
        <w:tc>
          <w:tcPr>
            <w:tcW w:type="dxa" w:w="1728"/>
          </w:tcPr>
          <w:p>
            <w:r>
              <w:t>nv</w:t>
            </w:r>
          </w:p>
        </w:tc>
        <w:tc>
          <w:tcPr>
            <w:tcW w:type="dxa" w:w="1728"/>
          </w:tcPr>
          <w:p>
            <w:r>
              <w:t>IDa_nv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912****23*</w:t>
            </w:r>
          </w:p>
        </w:tc>
        <w:tc>
          <w:tcPr>
            <w:tcW w:type="dxa" w:w="1728"/>
          </w:tcPr>
          <w:p>
            <w:r>
              <w:t>Hazhar</w:t>
            </w:r>
          </w:p>
        </w:tc>
        <w:tc>
          <w:tcPr>
            <w:tcW w:type="dxa" w:w="1728"/>
          </w:tcPr>
          <w:p>
            <w:r>
              <w:t>Gharani</w:t>
            </w:r>
          </w:p>
        </w:tc>
        <w:tc>
          <w:tcPr>
            <w:tcW w:type="dxa" w:w="1728"/>
          </w:tcPr>
          <w:p>
            <w:r>
              <w:t>Hazhar_gharani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93**1*70*0</w:t>
            </w:r>
          </w:p>
        </w:tc>
        <w:tc>
          <w:tcPr>
            <w:tcW w:type="dxa" w:w="1728"/>
          </w:tcPr>
          <w:p>
            <w:r>
              <w:t>eng.rezaie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91*140**21</w:t>
            </w:r>
          </w:p>
        </w:tc>
        <w:tc>
          <w:tcPr>
            <w:tcW w:type="dxa" w:w="1728"/>
          </w:tcPr>
          <w:p>
            <w:r>
              <w:t>پرویز</w:t>
            </w:r>
          </w:p>
        </w:tc>
        <w:tc>
          <w:tcPr>
            <w:tcW w:type="dxa" w:w="1728"/>
          </w:tcPr>
          <w:p>
            <w:r>
              <w:t>فتوتی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912**00*09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Hatami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91134**22*</w:t>
            </w:r>
          </w:p>
        </w:tc>
        <w:tc>
          <w:tcPr>
            <w:tcW w:type="dxa" w:w="1728"/>
          </w:tcPr>
          <w:p>
            <w:r>
              <w:t>S.s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sarv80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91*9***0**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Sajadi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912***2440</w:t>
            </w:r>
          </w:p>
        </w:tc>
        <w:tc>
          <w:tcPr>
            <w:tcW w:type="dxa" w:w="1728"/>
          </w:tcPr>
          <w:p>
            <w:r>
              <w:t>Derakhsha99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Derakhsha99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913393*710</w:t>
            </w:r>
          </w:p>
        </w:tc>
        <w:tc>
          <w:tcPr>
            <w:tcW w:type="dxa" w:w="1728"/>
          </w:tcPr>
          <w:p>
            <w:r>
              <w:t>Seyed esmaeil hossiniy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Civ_Engi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93**7*9*4*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الله دوست</w:t>
            </w:r>
          </w:p>
        </w:tc>
        <w:tc>
          <w:tcPr>
            <w:tcW w:type="dxa" w:w="1728"/>
          </w:tcPr>
          <w:p>
            <w:r>
              <w:t>Mpadideh93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9120197*32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9141*723*1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9373*4*23*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Zngne</w:t>
            </w:r>
          </w:p>
        </w:tc>
        <w:tc>
          <w:tcPr>
            <w:tcW w:type="dxa" w:w="1728"/>
          </w:tcPr>
          <w:p>
            <w:r>
              <w:t>Ali_zngne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937149312*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Milad3128slm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913***937*</w:t>
            </w:r>
          </w:p>
        </w:tc>
        <w:tc>
          <w:tcPr>
            <w:tcW w:type="dxa" w:w="1728"/>
          </w:tcPr>
          <w:p>
            <w:r>
              <w:t>A.B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91*190**27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dr_samaneh_shahraki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901334*390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91249*41**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Sa1991sbr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911441***1</w:t>
            </w:r>
          </w:p>
        </w:tc>
        <w:tc>
          <w:tcPr>
            <w:tcW w:type="dxa" w:w="1728"/>
          </w:tcPr>
          <w:p>
            <w:r>
              <w:t>M.kh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Archmakh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914*44*209</w:t>
            </w:r>
          </w:p>
        </w:tc>
        <w:tc>
          <w:tcPr>
            <w:tcW w:type="dxa" w:w="1728"/>
          </w:tcPr>
          <w:p>
            <w:r>
              <w:t>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Mohsen62091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939433*4*3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mohamad84_m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9122*11291</w:t>
            </w:r>
          </w:p>
        </w:tc>
        <w:tc>
          <w:tcPr>
            <w:tcW w:type="dxa" w:w="1728"/>
          </w:tcPr>
          <w:p>
            <w:r>
              <w:t>مهناز</w:t>
            </w:r>
          </w:p>
        </w:tc>
        <w:tc>
          <w:tcPr>
            <w:tcW w:type="dxa" w:w="1728"/>
          </w:tcPr>
          <w:p>
            <w:r>
              <w:t>مافی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93*23992*2</w:t>
            </w:r>
          </w:p>
        </w:tc>
        <w:tc>
          <w:tcPr>
            <w:tcW w:type="dxa" w:w="1728"/>
          </w:tcPr>
          <w:p>
            <w:r>
              <w:t>f.m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far_2053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93730*7400</w:t>
            </w:r>
          </w:p>
        </w:tc>
        <w:tc>
          <w:tcPr>
            <w:tcW w:type="dxa" w:w="1728"/>
          </w:tcPr>
          <w:p>
            <w:r>
              <w:t>esmaili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93*979147*</w:t>
            </w:r>
          </w:p>
        </w:tc>
        <w:tc>
          <w:tcPr>
            <w:tcW w:type="dxa" w:w="1728"/>
          </w:tcPr>
          <w:p>
            <w:r>
              <w:t>Farimah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mahi_far_mzk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91**441127</w:t>
            </w:r>
          </w:p>
        </w:tc>
        <w:tc>
          <w:tcPr>
            <w:tcW w:type="dxa" w:w="1728"/>
          </w:tcPr>
          <w:p>
            <w:r>
              <w:t>Яℳの🥠 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Mahdi_A2000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912**72139</w:t>
            </w:r>
          </w:p>
        </w:tc>
        <w:tc>
          <w:tcPr>
            <w:tcW w:type="dxa" w:w="1728"/>
          </w:tcPr>
          <w:p>
            <w:r>
              <w:t>malih.fakhr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910279411*</w:t>
            </w:r>
          </w:p>
        </w:tc>
        <w:tc>
          <w:tcPr>
            <w:tcW w:type="dxa" w:w="1728"/>
          </w:tcPr>
          <w:p>
            <w:r>
              <w:t>)-(@//ID®£z@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hamidrezanikbakht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91**1*047*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Siadat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91*341*200</w:t>
            </w:r>
          </w:p>
        </w:tc>
        <w:tc>
          <w:tcPr>
            <w:tcW w:type="dxa" w:w="1728"/>
          </w:tcPr>
          <w:p>
            <w:r>
              <w:t>mohamaad</w:t>
            </w:r>
          </w:p>
        </w:tc>
        <w:tc>
          <w:tcPr>
            <w:tcW w:type="dxa" w:w="1728"/>
          </w:tcPr>
          <w:p>
            <w:r>
              <w:t>fathi</w:t>
            </w:r>
          </w:p>
        </w:tc>
        <w:tc>
          <w:tcPr>
            <w:tcW w:type="dxa" w:w="1728"/>
          </w:tcPr>
          <w:p>
            <w:r>
              <w:t>mohamaadfathi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93901***44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Shah</w:t>
            </w:r>
          </w:p>
        </w:tc>
        <w:tc>
          <w:tcPr>
            <w:tcW w:type="dxa" w:w="1728"/>
          </w:tcPr>
          <w:p>
            <w:r>
              <w:t>NowLookAtMe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91417***70</w:t>
            </w:r>
          </w:p>
        </w:tc>
        <w:tc>
          <w:tcPr>
            <w:tcW w:type="dxa" w:w="1728"/>
          </w:tcPr>
          <w:p>
            <w:r>
              <w:t>Ramin Asadian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Ramin8870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9124*47**2</w:t>
            </w:r>
          </w:p>
        </w:tc>
        <w:tc>
          <w:tcPr>
            <w:tcW w:type="dxa" w:w="1728"/>
          </w:tcPr>
          <w:p>
            <w:r>
              <w:t>?⛔〽?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Mosjzjs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91039**02*</w:t>
            </w:r>
          </w:p>
        </w:tc>
        <w:tc>
          <w:tcPr>
            <w:tcW w:type="dxa" w:w="1728"/>
          </w:tcPr>
          <w:p>
            <w:r>
              <w:t>Karima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Mk_architect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9017*402*0</w:t>
            </w:r>
          </w:p>
        </w:tc>
        <w:tc>
          <w:tcPr>
            <w:tcW w:type="dxa" w:w="1728"/>
          </w:tcPr>
          <w:p>
            <w:r>
              <w:t>MOhsen joon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914**10*49</w:t>
            </w:r>
          </w:p>
        </w:tc>
        <w:tc>
          <w:tcPr>
            <w:tcW w:type="dxa" w:w="1728"/>
          </w:tcPr>
          <w:p>
            <w:r>
              <w:t>▂▃▄▅▆▇█▓▒░ṃⱨṃ120 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Moh230mmad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91*7**23*2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Mohamadreza911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91*1720940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Kharrasi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91**091927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Amirreza545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9141**0419</w:t>
            </w:r>
          </w:p>
        </w:tc>
        <w:tc>
          <w:tcPr>
            <w:tcW w:type="dxa" w:w="1728"/>
          </w:tcPr>
          <w:p>
            <w:r>
              <w:t>nariman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93*9124321</w:t>
            </w:r>
          </w:p>
        </w:tc>
        <w:tc>
          <w:tcPr>
            <w:tcW w:type="dxa" w:w="1728"/>
          </w:tcPr>
          <w:p>
            <w:r>
              <w:t>asrtist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MahmoodrezasaraniMPmax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9177173940</w:t>
            </w:r>
          </w:p>
        </w:tc>
        <w:tc>
          <w:tcPr>
            <w:tcW w:type="dxa" w:w="1728"/>
          </w:tcPr>
          <w:p>
            <w:r>
              <w:t>🄼🄾🄷🄰🄼🄰🄳 🅁🄴🅉🄰 🄼🄾🄷🄰🄼🄰🄳🄸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Mohamad_reza_mohamadi1984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91**742900</w:t>
            </w:r>
          </w:p>
        </w:tc>
        <w:tc>
          <w:tcPr>
            <w:tcW w:type="dxa" w:w="1728"/>
          </w:tcPr>
          <w:p>
            <w:r>
              <w:t>Poorya jalali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93*7117970</w:t>
            </w:r>
          </w:p>
        </w:tc>
        <w:tc>
          <w:tcPr>
            <w:tcW w:type="dxa" w:w="1728"/>
          </w:tcPr>
          <w:p>
            <w:r>
              <w:t>zeinab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Zeinab2872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912*909*23</w:t>
            </w:r>
          </w:p>
        </w:tc>
        <w:tc>
          <w:tcPr>
            <w:tcW w:type="dxa" w:w="1728"/>
          </w:tcPr>
          <w:p>
            <w:r>
              <w:t>Mahshid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Narshid9559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912302313*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babakb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91*7914*71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Ee_1372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912*9***32</w:t>
            </w:r>
          </w:p>
        </w:tc>
        <w:tc>
          <w:tcPr>
            <w:tcW w:type="dxa" w:w="1728"/>
          </w:tcPr>
          <w:p>
            <w:r>
              <w:t>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s95932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93742919*0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9131**1**3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  <w:tr>
        <w:tc>
          <w:tcPr>
            <w:tcW w:type="dxa" w:w="1728"/>
          </w:tcPr>
          <w:p>
            <w:r>
              <w:t>91**437034</w:t>
            </w:r>
          </w:p>
        </w:tc>
        <w:tc>
          <w:tcPr>
            <w:tcW w:type="dxa" w:w="1728"/>
          </w:tcPr>
          <w:p>
            <w:r>
              <w:t>Hamed Hadian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hamed_hf93</w:t>
            </w:r>
          </w:p>
        </w:tc>
        <w:tc>
          <w:tcPr>
            <w:tcW w:type="dxa" w:w="1728"/>
          </w:tcPr>
          <w:p>
            <w:r>
              <w:t>آزمون نظام مهندسی|نظارت و اجرا|عمران معماری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آزمون نظام مهندسی|نظارت و اجرا|عمران معماری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